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612DD" w14:textId="75D768E2" w:rsidR="00A53CDA" w:rsidRPr="00A13AF9" w:rsidRDefault="00B70377">
      <w:pPr>
        <w:pStyle w:val="Title"/>
        <w:jc w:val="center"/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sz w:val="26"/>
          <w:szCs w:val="26"/>
        </w:rPr>
        <w:t xml:space="preserve">Grammar &amp; Punctuation Practice </w:t>
      </w:r>
    </w:p>
    <w:p w14:paraId="57EE6247" w14:textId="77777777" w:rsidR="00A53CDA" w:rsidRPr="00A13AF9" w:rsidRDefault="00B70377">
      <w:pPr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b/>
          <w:bCs/>
          <w:sz w:val="26"/>
          <w:szCs w:val="26"/>
        </w:rPr>
        <w:t>Section A: Correct these sentences</w:t>
      </w:r>
      <w:r w:rsidRPr="00A13AF9">
        <w:rPr>
          <w:rFonts w:ascii="Arial" w:hAnsi="Arial" w:cs="Arial"/>
          <w:sz w:val="26"/>
          <w:szCs w:val="26"/>
        </w:rPr>
        <w:br/>
        <w:t xml:space="preserve">1. </w:t>
      </w:r>
      <w:proofErr w:type="gramStart"/>
      <w:r w:rsidRPr="00A13AF9">
        <w:rPr>
          <w:rFonts w:ascii="Arial" w:hAnsi="Arial" w:cs="Arial"/>
          <w:sz w:val="26"/>
          <w:szCs w:val="26"/>
        </w:rPr>
        <w:t>the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dog ran down the </w:t>
      </w:r>
      <w:proofErr w:type="gramStart"/>
      <w:r w:rsidRPr="00A13AF9">
        <w:rPr>
          <w:rFonts w:ascii="Arial" w:hAnsi="Arial" w:cs="Arial"/>
          <w:sz w:val="26"/>
          <w:szCs w:val="26"/>
        </w:rPr>
        <w:t>street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it was very fast</w:t>
      </w:r>
      <w:r w:rsidRPr="00A13AF9">
        <w:rPr>
          <w:rFonts w:ascii="Arial" w:hAnsi="Arial" w:cs="Arial"/>
          <w:sz w:val="26"/>
          <w:szCs w:val="26"/>
        </w:rPr>
        <w:br/>
        <w:t xml:space="preserve">2. </w:t>
      </w:r>
      <w:proofErr w:type="gramStart"/>
      <w:r w:rsidRPr="00A13AF9">
        <w:rPr>
          <w:rFonts w:ascii="Arial" w:hAnsi="Arial" w:cs="Arial"/>
          <w:sz w:val="26"/>
          <w:szCs w:val="26"/>
        </w:rPr>
        <w:t>i like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A13AF9">
        <w:rPr>
          <w:rFonts w:ascii="Arial" w:hAnsi="Arial" w:cs="Arial"/>
          <w:sz w:val="26"/>
          <w:szCs w:val="26"/>
        </w:rPr>
        <w:t>apples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oranges and bananas</w:t>
      </w:r>
      <w:r w:rsidRPr="00A13AF9">
        <w:rPr>
          <w:rFonts w:ascii="Arial" w:hAnsi="Arial" w:cs="Arial"/>
          <w:sz w:val="26"/>
          <w:szCs w:val="26"/>
        </w:rPr>
        <w:br/>
        <w:t>3. where are you going asked tom</w:t>
      </w:r>
    </w:p>
    <w:p w14:paraId="6F3D2E42" w14:textId="662007C8" w:rsidR="00A53CDA" w:rsidRPr="00A13AF9" w:rsidRDefault="00A53CDA">
      <w:pPr>
        <w:jc w:val="center"/>
        <w:rPr>
          <w:rFonts w:ascii="Arial" w:hAnsi="Arial" w:cs="Arial"/>
          <w:sz w:val="26"/>
          <w:szCs w:val="26"/>
        </w:rPr>
      </w:pPr>
    </w:p>
    <w:p w14:paraId="19248C78" w14:textId="77777777" w:rsidR="00A53CDA" w:rsidRPr="00A13AF9" w:rsidRDefault="00B70377">
      <w:pPr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b/>
          <w:bCs/>
          <w:sz w:val="26"/>
          <w:szCs w:val="26"/>
        </w:rPr>
        <w:t>Section B: Add apostrophes</w:t>
      </w:r>
      <w:r w:rsidRPr="00A13AF9">
        <w:rPr>
          <w:rFonts w:ascii="Arial" w:hAnsi="Arial" w:cs="Arial"/>
          <w:sz w:val="26"/>
          <w:szCs w:val="26"/>
        </w:rPr>
        <w:br/>
        <w:t xml:space="preserve">1. The </w:t>
      </w:r>
      <w:proofErr w:type="gramStart"/>
      <w:r w:rsidRPr="00A13AF9">
        <w:rPr>
          <w:rFonts w:ascii="Arial" w:hAnsi="Arial" w:cs="Arial"/>
          <w:sz w:val="26"/>
          <w:szCs w:val="26"/>
        </w:rPr>
        <w:t>cats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tail was fluffy.</w:t>
      </w:r>
      <w:r w:rsidRPr="00A13AF9">
        <w:rPr>
          <w:rFonts w:ascii="Arial" w:hAnsi="Arial" w:cs="Arial"/>
          <w:sz w:val="26"/>
          <w:szCs w:val="26"/>
        </w:rPr>
        <w:br/>
        <w:t xml:space="preserve">2. I </w:t>
      </w:r>
      <w:proofErr w:type="gramStart"/>
      <w:r w:rsidRPr="00A13AF9">
        <w:rPr>
          <w:rFonts w:ascii="Arial" w:hAnsi="Arial" w:cs="Arial"/>
          <w:sz w:val="26"/>
          <w:szCs w:val="26"/>
        </w:rPr>
        <w:t>cant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believe </w:t>
      </w:r>
      <w:proofErr w:type="gramStart"/>
      <w:r w:rsidRPr="00A13AF9">
        <w:rPr>
          <w:rFonts w:ascii="Arial" w:hAnsi="Arial" w:cs="Arial"/>
          <w:sz w:val="26"/>
          <w:szCs w:val="26"/>
        </w:rPr>
        <w:t>its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raining again.</w:t>
      </w:r>
    </w:p>
    <w:p w14:paraId="3361DF00" w14:textId="77777777" w:rsidR="00A53CDA" w:rsidRPr="00A13AF9" w:rsidRDefault="00B70377">
      <w:pPr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b/>
          <w:bCs/>
          <w:sz w:val="26"/>
          <w:szCs w:val="26"/>
        </w:rPr>
        <w:t>Section C: Add commas</w:t>
      </w:r>
      <w:r w:rsidRPr="00A13AF9">
        <w:rPr>
          <w:rFonts w:ascii="Arial" w:hAnsi="Arial" w:cs="Arial"/>
          <w:sz w:val="26"/>
          <w:szCs w:val="26"/>
        </w:rPr>
        <w:br/>
        <w:t>1. Before we left the house we packed our bags.</w:t>
      </w:r>
      <w:r w:rsidRPr="00A13AF9">
        <w:rPr>
          <w:rFonts w:ascii="Arial" w:hAnsi="Arial" w:cs="Arial"/>
          <w:sz w:val="26"/>
          <w:szCs w:val="26"/>
        </w:rPr>
        <w:br/>
        <w:t xml:space="preserve">2. I bought </w:t>
      </w:r>
      <w:proofErr w:type="gramStart"/>
      <w:r w:rsidRPr="00A13AF9">
        <w:rPr>
          <w:rFonts w:ascii="Arial" w:hAnsi="Arial" w:cs="Arial"/>
          <w:sz w:val="26"/>
          <w:szCs w:val="26"/>
        </w:rPr>
        <w:t>apples pears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grapes and oranges.</w:t>
      </w:r>
    </w:p>
    <w:p w14:paraId="5104BBBA" w14:textId="26950140" w:rsidR="00A53CDA" w:rsidRPr="00A13AF9" w:rsidRDefault="00B70377">
      <w:pPr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b/>
          <w:bCs/>
          <w:sz w:val="26"/>
          <w:szCs w:val="26"/>
        </w:rPr>
        <w:t>Section D: Speech Marks – Punctuating Dialogue</w:t>
      </w:r>
      <w:r w:rsidRPr="00A13AF9">
        <w:rPr>
          <w:rFonts w:ascii="Arial" w:hAnsi="Arial" w:cs="Arial"/>
          <w:sz w:val="26"/>
          <w:szCs w:val="26"/>
        </w:rPr>
        <w:br/>
        <w:t>Part 1: Add speech marks and punctuation</w:t>
      </w:r>
      <w:r w:rsidRPr="00A13AF9">
        <w:rPr>
          <w:rFonts w:ascii="Arial" w:hAnsi="Arial" w:cs="Arial"/>
          <w:sz w:val="26"/>
          <w:szCs w:val="26"/>
        </w:rPr>
        <w:br/>
        <w:t>1. I love reading said Sarah</w:t>
      </w:r>
      <w:r w:rsidRPr="00A13AF9">
        <w:rPr>
          <w:rFonts w:ascii="Arial" w:hAnsi="Arial" w:cs="Arial"/>
          <w:sz w:val="26"/>
          <w:szCs w:val="26"/>
        </w:rPr>
        <w:br/>
        <w:t>2. Can we go to the park asked Tom</w:t>
      </w:r>
      <w:r w:rsidRPr="00A13AF9">
        <w:rPr>
          <w:rFonts w:ascii="Arial" w:hAnsi="Arial" w:cs="Arial"/>
          <w:sz w:val="26"/>
          <w:szCs w:val="26"/>
        </w:rPr>
        <w:br/>
        <w:t>3. Its raining again said Mum</w:t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b/>
          <w:bCs/>
          <w:sz w:val="26"/>
          <w:szCs w:val="26"/>
        </w:rPr>
        <w:t>Part 2: Correct these sentences</w:t>
      </w:r>
      <w:r w:rsidRPr="00A13AF9">
        <w:rPr>
          <w:rFonts w:ascii="Arial" w:hAnsi="Arial" w:cs="Arial"/>
          <w:sz w:val="26"/>
          <w:szCs w:val="26"/>
        </w:rPr>
        <w:br/>
        <w:t xml:space="preserve">1. “I </w:t>
      </w:r>
      <w:proofErr w:type="gramStart"/>
      <w:r w:rsidRPr="00A13AF9">
        <w:rPr>
          <w:rFonts w:ascii="Arial" w:hAnsi="Arial" w:cs="Arial"/>
          <w:sz w:val="26"/>
          <w:szCs w:val="26"/>
        </w:rPr>
        <w:t>cant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wait for lunch said Ben</w:t>
      </w:r>
      <w:r w:rsidRPr="00A13AF9">
        <w:rPr>
          <w:rFonts w:ascii="Arial" w:hAnsi="Arial" w:cs="Arial"/>
          <w:sz w:val="26"/>
          <w:szCs w:val="26"/>
        </w:rPr>
        <w:br/>
        <w:t>2. Where are we going asked Lucy</w:t>
      </w:r>
      <w:r w:rsidRPr="00A13AF9">
        <w:rPr>
          <w:rFonts w:ascii="Arial" w:hAnsi="Arial" w:cs="Arial"/>
          <w:sz w:val="26"/>
          <w:szCs w:val="26"/>
        </w:rPr>
        <w:br/>
        <w:t>3. “</w:t>
      </w:r>
      <w:proofErr w:type="gramStart"/>
      <w:r w:rsidRPr="00A13AF9">
        <w:rPr>
          <w:rFonts w:ascii="Arial" w:hAnsi="Arial" w:cs="Arial"/>
          <w:sz w:val="26"/>
          <w:szCs w:val="26"/>
        </w:rPr>
        <w:t>Lets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play football shouted Jack</w:t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b/>
          <w:bCs/>
          <w:sz w:val="26"/>
          <w:szCs w:val="26"/>
        </w:rPr>
        <w:t>Part 3: Write your own dialogue</w:t>
      </w:r>
      <w:r w:rsidRPr="00A13AF9">
        <w:rPr>
          <w:rFonts w:ascii="Arial" w:hAnsi="Arial" w:cs="Arial"/>
          <w:sz w:val="26"/>
          <w:szCs w:val="26"/>
        </w:rPr>
        <w:br/>
        <w:t>Example: "I love painting," said Emma. "What about you?"</w:t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sz w:val="26"/>
          <w:szCs w:val="26"/>
        </w:rPr>
        <w:br/>
      </w:r>
      <w:r w:rsidRPr="00A13AF9">
        <w:rPr>
          <w:rFonts w:ascii="Arial" w:hAnsi="Arial" w:cs="Arial"/>
          <w:b/>
          <w:bCs/>
          <w:sz w:val="26"/>
          <w:szCs w:val="26"/>
        </w:rPr>
        <w:t>Challenge</w:t>
      </w:r>
      <w:r w:rsidR="00A13AF9" w:rsidRPr="00A13AF9">
        <w:rPr>
          <w:rFonts w:ascii="Arial" w:hAnsi="Arial" w:cs="Arial"/>
          <w:b/>
          <w:bCs/>
          <w:sz w:val="26"/>
          <w:szCs w:val="26"/>
        </w:rPr>
        <w:t xml:space="preserve"> – Correct this</w:t>
      </w:r>
      <w:r w:rsidRPr="00A13AF9">
        <w:rPr>
          <w:rFonts w:ascii="Arial" w:hAnsi="Arial" w:cs="Arial"/>
          <w:b/>
          <w:bCs/>
          <w:sz w:val="26"/>
          <w:szCs w:val="26"/>
        </w:rPr>
        <w:t>:</w:t>
      </w:r>
      <w:r w:rsidRPr="00A13AF9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A13AF9">
        <w:rPr>
          <w:rFonts w:ascii="Arial" w:hAnsi="Arial" w:cs="Arial"/>
          <w:sz w:val="26"/>
          <w:szCs w:val="26"/>
        </w:rPr>
        <w:t>emma</w:t>
      </w:r>
      <w:proofErr w:type="spellEnd"/>
      <w:r w:rsidRPr="00A13AF9">
        <w:rPr>
          <w:rFonts w:ascii="Arial" w:hAnsi="Arial" w:cs="Arial"/>
          <w:sz w:val="26"/>
          <w:szCs w:val="26"/>
        </w:rPr>
        <w:t xml:space="preserve"> said </w:t>
      </w:r>
      <w:proofErr w:type="spellStart"/>
      <w:r w:rsidRPr="00A13AF9">
        <w:rPr>
          <w:rFonts w:ascii="Arial" w:hAnsi="Arial" w:cs="Arial"/>
          <w:sz w:val="26"/>
          <w:szCs w:val="26"/>
        </w:rPr>
        <w:t>i</w:t>
      </w:r>
      <w:proofErr w:type="spellEnd"/>
      <w:r w:rsidRPr="00A13AF9">
        <w:rPr>
          <w:rFonts w:ascii="Arial" w:hAnsi="Arial" w:cs="Arial"/>
          <w:sz w:val="26"/>
          <w:szCs w:val="26"/>
        </w:rPr>
        <w:t xml:space="preserve"> love reading books tom </w:t>
      </w:r>
      <w:proofErr w:type="gramStart"/>
      <w:r w:rsidRPr="00A13AF9">
        <w:rPr>
          <w:rFonts w:ascii="Arial" w:hAnsi="Arial" w:cs="Arial"/>
          <w:sz w:val="26"/>
          <w:szCs w:val="26"/>
        </w:rPr>
        <w:t>replied</w:t>
      </w:r>
      <w:proofErr w:type="gramEnd"/>
      <w:r w:rsidRPr="00A13AF9">
        <w:rPr>
          <w:rFonts w:ascii="Arial" w:hAnsi="Arial" w:cs="Arial"/>
          <w:sz w:val="26"/>
          <w:szCs w:val="26"/>
        </w:rPr>
        <w:t xml:space="preserve"> me too especially adventure stories</w:t>
      </w:r>
    </w:p>
    <w:p w14:paraId="23BC1A79" w14:textId="77777777" w:rsidR="00A53CDA" w:rsidRPr="00A13AF9" w:rsidRDefault="00B70377">
      <w:pPr>
        <w:rPr>
          <w:rFonts w:ascii="Arial" w:hAnsi="Arial" w:cs="Arial"/>
          <w:sz w:val="26"/>
          <w:szCs w:val="26"/>
        </w:rPr>
      </w:pPr>
      <w:r w:rsidRPr="00A13AF9">
        <w:rPr>
          <w:rFonts w:ascii="Arial" w:hAnsi="Arial" w:cs="Arial"/>
          <w:b/>
          <w:bCs/>
          <w:sz w:val="26"/>
          <w:szCs w:val="26"/>
        </w:rPr>
        <w:t>Challenge: Rewrite this paragraph with correct punctuation</w:t>
      </w:r>
      <w:r w:rsidRPr="00A13AF9">
        <w:rPr>
          <w:rFonts w:ascii="Arial" w:hAnsi="Arial" w:cs="Arial"/>
          <w:sz w:val="26"/>
          <w:szCs w:val="26"/>
        </w:rPr>
        <w:br/>
        <w:t>*tom went to the park he said i love playing football then he kicked the ball high into the air*</w:t>
      </w:r>
    </w:p>
    <w:p w14:paraId="02506841" w14:textId="63DF8F26" w:rsidR="00A53CDA" w:rsidRPr="00A13AF9" w:rsidRDefault="00A53CDA">
      <w:pPr>
        <w:jc w:val="center"/>
        <w:rPr>
          <w:rFonts w:ascii="Arial" w:hAnsi="Arial" w:cs="Arial"/>
          <w:sz w:val="26"/>
          <w:szCs w:val="26"/>
        </w:rPr>
      </w:pPr>
    </w:p>
    <w:sectPr w:rsidR="00A53CDA" w:rsidRPr="00A13A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817694">
    <w:abstractNumId w:val="8"/>
  </w:num>
  <w:num w:numId="2" w16cid:durableId="1742167568">
    <w:abstractNumId w:val="6"/>
  </w:num>
  <w:num w:numId="3" w16cid:durableId="335117509">
    <w:abstractNumId w:val="5"/>
  </w:num>
  <w:num w:numId="4" w16cid:durableId="1166748666">
    <w:abstractNumId w:val="4"/>
  </w:num>
  <w:num w:numId="5" w16cid:durableId="403649612">
    <w:abstractNumId w:val="7"/>
  </w:num>
  <w:num w:numId="6" w16cid:durableId="791024602">
    <w:abstractNumId w:val="3"/>
  </w:num>
  <w:num w:numId="7" w16cid:durableId="1922055907">
    <w:abstractNumId w:val="2"/>
  </w:num>
  <w:num w:numId="8" w16cid:durableId="1287084743">
    <w:abstractNumId w:val="1"/>
  </w:num>
  <w:num w:numId="9" w16cid:durableId="2107530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59B6"/>
    <w:rsid w:val="00326F90"/>
    <w:rsid w:val="00A13AF9"/>
    <w:rsid w:val="00A53CDA"/>
    <w:rsid w:val="00AA1D8D"/>
    <w:rsid w:val="00B47730"/>
    <w:rsid w:val="00B7037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9F3D3D"/>
  <w14:defaultImageDpi w14:val="300"/>
  <w15:docId w15:val="{0ECBAC3F-49F0-460A-8019-A7855FC21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885</Characters>
  <Application>Microsoft Office Word</Application>
  <DocSecurity>0</DocSecurity>
  <Lines>30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Gemma Wood</cp:lastModifiedBy>
  <cp:revision>2</cp:revision>
  <dcterms:created xsi:type="dcterms:W3CDTF">2025-11-14T11:16:00Z</dcterms:created>
  <dcterms:modified xsi:type="dcterms:W3CDTF">2025-11-14T11:16:00Z</dcterms:modified>
  <cp:category/>
</cp:coreProperties>
</file>